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 w:line="276" w:lineRule="auto"/>
        <w:jc w:val="center"/>
      </w:pPr>
      <w:r>
        <w:rPr>
          <w:rFonts w:ascii="Arial" w:hAnsi="Arial"/>
          <w:b/>
          <w:color w:val="15223B"/>
          <w:sz w:val="40"/>
        </w:rPr>
        <w:t>Voorbeeldbrief oneens met afrekening servicekosten</w:t>
      </w:r>
    </w:p>
    <w:p>
      <w:pPr>
        <w:spacing w:after="360" w:line="276" w:lineRule="auto"/>
        <w:jc w:val="center"/>
      </w:pPr>
      <w:r>
        <w:rPr>
          <w:rFonts w:ascii="Arial" w:hAnsi="Arial"/>
          <w:b w:val="0"/>
          <w:color w:val="657286"/>
          <w:sz w:val="20"/>
        </w:rPr>
        <w:t>Huurteam Nederland - invulbare voorbeeldbrief</w:t>
      </w:r>
    </w:p>
    <w:p>
      <w:pPr>
        <w:spacing w:after="60" w:line="276" w:lineRule="auto"/>
      </w:pPr>
      <w:r>
        <w:rPr>
          <w:rFonts w:ascii="Arial" w:hAnsi="Arial"/>
          <w:b w:val="0"/>
          <w:color w:val="000000"/>
          <w:sz w:val="22"/>
        </w:rPr>
        <w:t>Uw naam: [naam huurder]</w:t>
      </w:r>
    </w:p>
    <w:p>
      <w:pPr>
        <w:spacing w:after="60" w:line="276" w:lineRule="auto"/>
      </w:pPr>
      <w:r>
        <w:rPr>
          <w:rFonts w:ascii="Arial" w:hAnsi="Arial"/>
          <w:b w:val="0"/>
          <w:color w:val="000000"/>
          <w:sz w:val="22"/>
        </w:rPr>
        <w:t>Uw adres: [adres huurder]</w:t>
      </w:r>
    </w:p>
    <w:p>
      <w:pPr>
        <w:spacing w:after="60" w:line="276" w:lineRule="auto"/>
      </w:pPr>
      <w:r>
        <w:rPr>
          <w:rFonts w:ascii="Arial" w:hAnsi="Arial"/>
          <w:b w:val="0"/>
          <w:color w:val="000000"/>
          <w:sz w:val="22"/>
        </w:rPr>
        <w:t>E-mail: [e-mailadres]</w:t>
      </w:r>
    </w:p>
    <w:p>
      <w:pPr>
        <w:spacing w:after="60" w:line="276" w:lineRule="auto"/>
      </w:pPr>
      <w:r>
        <w:rPr>
          <w:rFonts w:ascii="Arial" w:hAnsi="Arial"/>
          <w:b w:val="0"/>
          <w:color w:val="000000"/>
          <w:sz w:val="22"/>
        </w:rPr>
      </w:r>
    </w:p>
    <w:p>
      <w:pPr>
        <w:spacing w:after="60" w:line="276" w:lineRule="auto"/>
      </w:pPr>
      <w:r>
        <w:rPr>
          <w:rFonts w:ascii="Arial" w:hAnsi="Arial"/>
          <w:b w:val="0"/>
          <w:color w:val="000000"/>
          <w:sz w:val="22"/>
        </w:rPr>
        <w:t>Aan: [naam verhuurder]</w:t>
      </w:r>
    </w:p>
    <w:p>
      <w:pPr>
        <w:spacing w:after="60" w:line="276" w:lineRule="auto"/>
      </w:pPr>
      <w:r>
        <w:rPr>
          <w:rFonts w:ascii="Arial" w:hAnsi="Arial"/>
          <w:b w:val="0"/>
          <w:color w:val="000000"/>
          <w:sz w:val="22"/>
        </w:rPr>
        <w:t>Adres verhuurder: [adres verhuurder]</w:t>
      </w:r>
    </w:p>
    <w:p>
      <w:pPr>
        <w:spacing w:after="60" w:line="276" w:lineRule="auto"/>
      </w:pPr>
      <w:r>
        <w:rPr>
          <w:rFonts w:ascii="Arial" w:hAnsi="Arial"/>
          <w:b w:val="0"/>
          <w:color w:val="000000"/>
          <w:sz w:val="22"/>
        </w:rPr>
      </w:r>
    </w:p>
    <w:p>
      <w:pPr>
        <w:spacing w:after="60" w:line="276" w:lineRule="auto"/>
      </w:pPr>
      <w:r>
        <w:rPr>
          <w:rFonts w:ascii="Arial" w:hAnsi="Arial"/>
          <w:b w:val="0"/>
          <w:color w:val="000000"/>
          <w:sz w:val="22"/>
        </w:rPr>
        <w:t>Plaats en datum: [plaats], [datum]</w:t>
      </w:r>
    </w:p>
    <w:p>
      <w:pPr>
        <w:spacing w:after="240" w:line="276" w:lineRule="auto"/>
      </w:pPr>
      <w:r>
        <w:rPr>
          <w:rFonts w:ascii="Arial" w:hAnsi="Arial"/>
          <w:b/>
          <w:color w:val="000000"/>
          <w:sz w:val="22"/>
        </w:rPr>
        <w:t>Betreft: Bezwaar tegen afrekening servicekosten</w:t>
      </w:r>
    </w:p>
    <w:p>
      <w:pPr>
        <w:spacing w:after="160" w:line="276" w:lineRule="auto"/>
      </w:pPr>
      <w:r>
        <w:rPr>
          <w:rFonts w:ascii="Arial" w:hAnsi="Arial"/>
          <w:b w:val="0"/>
          <w:color w:val="000000"/>
          <w:sz w:val="22"/>
        </w:rPr>
        <w:t>Geachte heer/mevrouw,</w:t>
      </w:r>
    </w:p>
    <w:p>
      <w:pPr>
        <w:spacing w:after="160" w:line="276" w:lineRule="auto"/>
      </w:pPr>
      <w:r>
        <w:rPr>
          <w:rFonts w:ascii="Arial" w:hAnsi="Arial"/>
          <w:b w:val="0"/>
          <w:color w:val="000000"/>
          <w:sz w:val="22"/>
        </w:rPr>
        <w:t>Ik heb de afrekening servicekosten ontvangen, maar ben het niet eens met de hoogte of onderbouwing daarvan.</w:t>
      </w:r>
    </w:p>
    <w:p>
      <w:pPr>
        <w:spacing w:after="160" w:line="276" w:lineRule="auto"/>
      </w:pPr>
      <w:r>
        <w:rPr>
          <w:rFonts w:ascii="Arial" w:hAnsi="Arial"/>
          <w:b w:val="0"/>
          <w:color w:val="000000"/>
          <w:sz w:val="22"/>
        </w:rPr>
        <w:t>Het gaat om de woning aan: [adres huurwoning].</w:t>
      </w:r>
    </w:p>
    <w:p>
      <w:pPr>
        <w:spacing w:after="160" w:line="276" w:lineRule="auto"/>
      </w:pPr>
      <w:r>
        <w:rPr>
          <w:rFonts w:ascii="Arial" w:hAnsi="Arial"/>
          <w:b/>
          <w:color w:val="15223B"/>
          <w:sz w:val="32"/>
        </w:rPr>
        <w:t>Mijn verzoek</w:t>
      </w:r>
    </w:p>
    <w:p>
      <w:pPr>
        <w:spacing w:after="120" w:line="276" w:lineRule="auto"/>
      </w:pPr>
      <w:r>
        <w:rPr>
          <w:rFonts w:ascii="Arial" w:hAnsi="Arial"/>
          <w:b w:val="0"/>
          <w:color w:val="000000"/>
          <w:sz w:val="22"/>
        </w:rPr>
        <w:t>Ik verzoek u om de volgende informatie of correctie:</w:t>
      </w:r>
    </w:p>
    <w:p>
      <w:pPr>
        <w:spacing w:after="80"/>
        <w:ind w:left="360" w:hanging="216"/>
      </w:pPr>
      <w:r>
        <w:rPr>
          <w:rFonts w:ascii="Arial" w:hAnsi="Arial"/>
          <w:sz w:val="22"/>
        </w:rPr>
        <w:t xml:space="preserve">• </w:t>
      </w:r>
      <w:r>
        <w:rPr>
          <w:rFonts w:ascii="Arial" w:hAnsi="Arial"/>
          <w:sz w:val="22"/>
        </w:rPr>
        <w:t>de kosten zijn onvoldoende gespecificeerd;</w:t>
      </w:r>
    </w:p>
    <w:p>
      <w:pPr>
        <w:spacing w:after="80"/>
        <w:ind w:left="360" w:hanging="216"/>
      </w:pPr>
      <w:r>
        <w:rPr>
          <w:rFonts w:ascii="Arial" w:hAnsi="Arial"/>
          <w:sz w:val="22"/>
        </w:rPr>
        <w:t xml:space="preserve">• </w:t>
      </w:r>
      <w:r>
        <w:rPr>
          <w:rFonts w:ascii="Arial" w:hAnsi="Arial"/>
          <w:sz w:val="22"/>
        </w:rPr>
        <w:t>facturen of betaalbewijzen ontbreken;</w:t>
      </w:r>
    </w:p>
    <w:p>
      <w:pPr>
        <w:spacing w:after="80"/>
        <w:ind w:left="360" w:hanging="216"/>
      </w:pPr>
      <w:r>
        <w:rPr>
          <w:rFonts w:ascii="Arial" w:hAnsi="Arial"/>
          <w:sz w:val="22"/>
        </w:rPr>
        <w:t xml:space="preserve">• </w:t>
      </w:r>
      <w:r>
        <w:rPr>
          <w:rFonts w:ascii="Arial" w:hAnsi="Arial"/>
          <w:sz w:val="22"/>
        </w:rPr>
        <w:t>de verdeelsleutel is onduidelijk of onredelijk;</w:t>
      </w:r>
    </w:p>
    <w:p>
      <w:pPr>
        <w:spacing w:after="80"/>
        <w:ind w:left="360" w:hanging="216"/>
      </w:pPr>
      <w:r>
        <w:rPr>
          <w:rFonts w:ascii="Arial" w:hAnsi="Arial"/>
          <w:sz w:val="22"/>
        </w:rPr>
        <w:t xml:space="preserve">• </w:t>
      </w:r>
      <w:r>
        <w:rPr>
          <w:rFonts w:ascii="Arial" w:hAnsi="Arial"/>
          <w:sz w:val="22"/>
        </w:rPr>
        <w:t>het voorschot en de werkelijke kosten sluiten niet logisch op elkaar aan;</w:t>
      </w:r>
    </w:p>
    <w:p>
      <w:pPr>
        <w:spacing w:after="80"/>
        <w:ind w:left="360" w:hanging="216"/>
      </w:pPr>
      <w:r>
        <w:rPr>
          <w:rFonts w:ascii="Arial" w:hAnsi="Arial"/>
          <w:sz w:val="22"/>
        </w:rPr>
        <w:t xml:space="preserve">• </w:t>
      </w:r>
      <w:r>
        <w:rPr>
          <w:rFonts w:ascii="Arial" w:hAnsi="Arial"/>
          <w:sz w:val="22"/>
        </w:rPr>
        <w:t>de volgende kostenposten betwist ik: [noem kostenposten].</w:t>
      </w:r>
    </w:p>
    <w:p>
      <w:pPr>
        <w:spacing w:after="160" w:line="276" w:lineRule="auto"/>
      </w:pPr>
      <w:r>
        <w:rPr>
          <w:rFonts w:ascii="Arial" w:hAnsi="Arial"/>
          <w:b/>
          <w:color w:val="15223B"/>
          <w:sz w:val="32"/>
        </w:rPr>
        <w:t>Reactietermijn</w:t>
      </w:r>
    </w:p>
    <w:p>
      <w:pPr>
        <w:spacing w:after="160" w:line="276" w:lineRule="auto"/>
      </w:pPr>
      <w:r>
        <w:rPr>
          <w:rFonts w:ascii="Arial" w:hAnsi="Arial"/>
          <w:b w:val="0"/>
          <w:color w:val="000000"/>
          <w:sz w:val="22"/>
        </w:rPr>
        <w:t>Ik verzoek u om de afrekening te corrigeren of de ontbrekende onderbouwing binnen drie weken toe te sturen. Als blijkt dat ik te veel heb betaald, verzoek ik u het te veel betaalde bedrag terug te betalen.</w:t>
      </w:r>
    </w:p>
    <w:p>
      <w:pPr>
        <w:spacing w:after="240" w:line="276" w:lineRule="auto"/>
      </w:pPr>
      <w:r>
        <w:rPr>
          <w:rFonts w:ascii="Arial" w:hAnsi="Arial"/>
          <w:b w:val="0"/>
          <w:color w:val="000000"/>
          <w:sz w:val="22"/>
        </w:rPr>
        <w:t>Als ik geen of onvoldoende reactie ontvang, behoud ik mij het recht voor om advies in te winnen en vervolgstappen te nemen, waaronder een beoordeling van de servicekosten.</w:t>
      </w:r>
    </w:p>
    <w:p>
      <w:pPr>
        <w:spacing w:after="360" w:line="276" w:lineRule="auto"/>
      </w:pPr>
      <w:r>
        <w:rPr>
          <w:rFonts w:ascii="Arial" w:hAnsi="Arial"/>
          <w:b w:val="0"/>
          <w:color w:val="000000"/>
          <w:sz w:val="22"/>
        </w:rPr>
        <w:t>Met vriendelijke groet,</w:t>
      </w:r>
    </w:p>
    <w:p>
      <w:pPr>
        <w:spacing w:after="160" w:line="276" w:lineRule="auto"/>
      </w:pPr>
      <w:r>
        <w:rPr>
          <w:rFonts w:ascii="Arial" w:hAnsi="Arial"/>
          <w:b w:val="0"/>
          <w:color w:val="000000"/>
          <w:sz w:val="22"/>
        </w:rPr>
        <w:t>[naam huurder]</w:t>
      </w:r>
    </w:p>
    <w:p>
      <w:pPr>
        <w:spacing w:after="160" w:line="276" w:lineRule="auto"/>
      </w:pPr>
      <w:r>
        <w:rPr>
          <w:rFonts w:ascii="Arial" w:hAnsi="Arial"/>
          <w:b w:val="0"/>
          <w:color w:val="657286"/>
          <w:sz w:val="20"/>
        </w:rPr>
        <w:t>Bijlagen: [huurcontract] [jaarafrekening] [betaalbewijzen] [eerdere correspondentie]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